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CA470" w14:textId="608A8C4D" w:rsidR="00B93001" w:rsidRDefault="00A07D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3545CE" wp14:editId="12BA38C3">
                <wp:simplePos x="0" y="0"/>
                <wp:positionH relativeFrom="column">
                  <wp:posOffset>3790950</wp:posOffset>
                </wp:positionH>
                <wp:positionV relativeFrom="paragraph">
                  <wp:posOffset>6134100</wp:posOffset>
                </wp:positionV>
                <wp:extent cx="2360930" cy="390525"/>
                <wp:effectExtent l="0" t="0" r="0" b="9525"/>
                <wp:wrapSquare wrapText="bothSides"/>
                <wp:docPr id="1331417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3120E" w14:textId="29026A45" w:rsidR="00A07D0E" w:rsidRDefault="00A07D0E">
                            <w:r>
                              <w:t>[CUSTOMIZE WITH DATE]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545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5pt;margin-top:483pt;width:185.9pt;height:30.7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" stroked="f">
                <v:textbox>
                  <w:txbxContent>
                    <w:p w14:paraId="66F3120E" w14:textId="29026A45" w:rsidR="00A07D0E" w:rsidRDefault="00A07D0E">
                      <w:r>
                        <w:t>[CUSTOMIZE WITH DATE]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0EA88FD" wp14:editId="6C6B0405">
                <wp:simplePos x="0" y="0"/>
                <wp:positionH relativeFrom="column">
                  <wp:posOffset>3781425</wp:posOffset>
                </wp:positionH>
                <wp:positionV relativeFrom="paragraph">
                  <wp:posOffset>5534025</wp:posOffset>
                </wp:positionV>
                <wp:extent cx="2360930" cy="333375"/>
                <wp:effectExtent l="0" t="0" r="0" b="9525"/>
                <wp:wrapSquare wrapText="bothSides"/>
                <wp:docPr id="227331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8EDD3" w14:textId="6540185A" w:rsidR="00A07D0E" w:rsidRDefault="00A07D0E">
                            <w:r>
                              <w:t>[CUSTOMIZE WITH LOCATION]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A88FD" id="_x0000_s1027" type="#_x0000_t202" style="position:absolute;margin-left:297.75pt;margin-top:435.75pt;width:185.9pt;height:26.2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" stroked="f">
                <v:textbox>
                  <w:txbxContent>
                    <w:p w14:paraId="29E8EDD3" w14:textId="6540185A" w:rsidR="00A07D0E" w:rsidRDefault="00A07D0E">
                      <w:r>
                        <w:t>[CUSTOMIZE WITH LOCATION]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8CB9CD" wp14:editId="1B6AD5BC">
                <wp:simplePos x="0" y="0"/>
                <wp:positionH relativeFrom="column">
                  <wp:posOffset>3781425</wp:posOffset>
                </wp:positionH>
                <wp:positionV relativeFrom="paragraph">
                  <wp:posOffset>4905375</wp:posOffset>
                </wp:positionV>
                <wp:extent cx="2360930" cy="373380"/>
                <wp:effectExtent l="0" t="0" r="0" b="7620"/>
                <wp:wrapSquare wrapText="bothSides"/>
                <wp:docPr id="2143367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E1EB5" w14:textId="777D6967" w:rsidR="00A07D0E" w:rsidRDefault="00A07D0E" w:rsidP="00A07D0E">
                            <w:r>
                              <w:t>[CUSTOMIZE WITH NAME]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CB9CD" id="_x0000_s1028" type="#_x0000_t202" style="position:absolute;margin-left:297.75pt;margin-top:386.25pt;width:185.9pt;height:29.4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" stroked="f">
                <v:textbox>
                  <w:txbxContent>
                    <w:p w14:paraId="364E1EB5" w14:textId="777D6967" w:rsidR="00A07D0E" w:rsidRDefault="00A07D0E" w:rsidP="00A07D0E">
                      <w:r>
                        <w:t>[CUSTOMIZE WITH NAME]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EDBD2B" wp14:editId="0EB2E461">
                <wp:simplePos x="0" y="0"/>
                <wp:positionH relativeFrom="column">
                  <wp:posOffset>3781425</wp:posOffset>
                </wp:positionH>
                <wp:positionV relativeFrom="paragraph">
                  <wp:posOffset>4905375</wp:posOffset>
                </wp:positionV>
                <wp:extent cx="2360930" cy="3733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EF63E" w14:textId="174D3E8C" w:rsidR="00A07D0E" w:rsidRDefault="00A07D0E">
                            <w:r>
                              <w:t>[NAME]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DBD2B" id="_x0000_s1029" type="#_x0000_t202" style="position:absolute;margin-left:297.75pt;margin-top:386.25pt;width:185.9pt;height:29.4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">
                <v:textbox>
                  <w:txbxContent>
                    <w:p w14:paraId="30DEF63E" w14:textId="174D3E8C" w:rsidR="00A07D0E" w:rsidRDefault="00A07D0E">
                      <w:r>
                        <w:t>[NAME]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19BC9" wp14:editId="67760E08">
                <wp:simplePos x="0" y="0"/>
                <wp:positionH relativeFrom="column">
                  <wp:posOffset>1790700</wp:posOffset>
                </wp:positionH>
                <wp:positionV relativeFrom="paragraph">
                  <wp:posOffset>2714625</wp:posOffset>
                </wp:positionV>
                <wp:extent cx="6210300" cy="381000"/>
                <wp:effectExtent l="0" t="0" r="0" b="0"/>
                <wp:wrapNone/>
                <wp:docPr id="202787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453A46" w14:textId="16199EE5" w:rsidR="00A07D0E" w:rsidRDefault="00A07D0E">
                            <w:r>
                              <w:t>[CUSTOMIZE WITH NAME]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19BC9" id="Text Box 1" o:spid="_x0000_s1030" type="#_x0000_t202" style="position:absolute;margin-left:141pt;margin-top:213.75pt;width:489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" fillcolor="white [3201]" stroked="f" strokeweight=".5pt">
                <v:textbox>
                  <w:txbxContent>
                    <w:p w14:paraId="38453A46" w14:textId="16199EE5" w:rsidR="00A07D0E" w:rsidRDefault="00A07D0E">
                      <w:r>
                        <w:t>[CUSTOMIZE WITH NAME]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inline distT="0" distB="0" distL="0" distR="0" wp14:anchorId="64300147" wp14:editId="1A9DC017">
            <wp:extent cx="10058400" cy="77763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001" w:rsidSect="00A07D0E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7740332">
    <w:abstractNumId w:val="8"/>
  </w:num>
  <w:num w:numId="2" w16cid:durableId="227227413">
    <w:abstractNumId w:val="6"/>
  </w:num>
  <w:num w:numId="3" w16cid:durableId="1959678758">
    <w:abstractNumId w:val="5"/>
  </w:num>
  <w:num w:numId="4" w16cid:durableId="2111193127">
    <w:abstractNumId w:val="4"/>
  </w:num>
  <w:num w:numId="5" w16cid:durableId="1928074859">
    <w:abstractNumId w:val="7"/>
  </w:num>
  <w:num w:numId="6" w16cid:durableId="1267497782">
    <w:abstractNumId w:val="3"/>
  </w:num>
  <w:num w:numId="7" w16cid:durableId="1598172633">
    <w:abstractNumId w:val="2"/>
  </w:num>
  <w:num w:numId="8" w16cid:durableId="1840806058">
    <w:abstractNumId w:val="1"/>
  </w:num>
  <w:num w:numId="9" w16cid:durableId="88895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07D0E"/>
    <w:rsid w:val="00AA1D8D"/>
    <w:rsid w:val="00B47730"/>
    <w:rsid w:val="00B93001"/>
    <w:rsid w:val="00CB0664"/>
    <w:rsid w:val="00CB15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97858B"/>
  <w14:defaultImageDpi w14:val="300"/>
  <w15:docId w15:val="{34859C81-908C-4B2B-A5FD-BD37AEE9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Tracy Grigoriades</cp:lastModifiedBy>
  <cp:revision>2</cp:revision>
  <dcterms:created xsi:type="dcterms:W3CDTF">2013-12-23T23:15:00Z</dcterms:created>
  <dcterms:modified xsi:type="dcterms:W3CDTF">2026-07-03T18:47:00Z</dcterms:modified>
  <cp:category/>
</cp:coreProperties>
</file>